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6430A" w14:textId="1C2D495C" w:rsidR="00371139" w:rsidRPr="00780021" w:rsidRDefault="003D7596">
      <w:pPr>
        <w:pStyle w:val="Heading1"/>
        <w:jc w:val="center"/>
        <w:rPr>
          <w:lang w:val="es-PE"/>
        </w:rPr>
      </w:pPr>
      <w:r w:rsidRPr="00780021">
        <w:rPr>
          <w:lang w:val="es-PE"/>
        </w:rPr>
        <w:t xml:space="preserve">RED MUNDIAL </w:t>
      </w:r>
      <w:r w:rsidR="00EB5BB2" w:rsidRPr="00780021">
        <w:rPr>
          <w:lang w:val="es-PE"/>
        </w:rPr>
        <w:t>INMOBILIARIA</w:t>
      </w:r>
      <w:r w:rsidRPr="00780021">
        <w:rPr>
          <w:lang w:val="es-PE"/>
        </w:rPr>
        <w:t xml:space="preserve"> (RM</w:t>
      </w:r>
      <w:r w:rsidR="00EB5BB2" w:rsidRPr="00780021">
        <w:rPr>
          <w:lang w:val="es-PE"/>
        </w:rPr>
        <w:t>I</w:t>
      </w:r>
      <w:r w:rsidRPr="00780021">
        <w:rPr>
          <w:lang w:val="es-PE"/>
        </w:rPr>
        <w:t>)</w:t>
      </w:r>
    </w:p>
    <w:p w14:paraId="1D76AAEE" w14:textId="77777777" w:rsidR="00371139" w:rsidRPr="00EB5BB2" w:rsidRDefault="003D7596">
      <w:pPr>
        <w:jc w:val="center"/>
        <w:rPr>
          <w:lang w:val="es-PE"/>
        </w:rPr>
      </w:pPr>
      <w:r w:rsidRPr="00EB5BB2">
        <w:rPr>
          <w:b/>
          <w:lang w:val="es-PE"/>
        </w:rPr>
        <w:t>FORMULARIO OFICIAL DE SOLICITUD DE MEMBRESÍA</w:t>
      </w:r>
      <w:r w:rsidRPr="00EB5BB2">
        <w:rPr>
          <w:b/>
          <w:lang w:val="es-PE"/>
        </w:rPr>
        <w:br/>
      </w:r>
    </w:p>
    <w:p w14:paraId="6C882D32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Instrucciones</w:t>
      </w:r>
    </w:p>
    <w:p w14:paraId="3F3AD4F8" w14:textId="6BCE5681" w:rsidR="00371139" w:rsidRPr="00EB5BB2" w:rsidRDefault="003D7596">
      <w:pPr>
        <w:rPr>
          <w:lang w:val="es-PE"/>
        </w:rPr>
      </w:pPr>
      <w:r w:rsidRPr="00EB5BB2">
        <w:rPr>
          <w:lang w:val="es-PE"/>
        </w:rPr>
        <w:t>Complete el presente formulario. Los campos marcados con (*) son obligatorios. La admisión está sujeta a la aprobación del Consejo Directivo de la RM</w:t>
      </w:r>
      <w:r w:rsidR="00EB5BB2">
        <w:rPr>
          <w:lang w:val="es-PE"/>
        </w:rPr>
        <w:t>I</w:t>
      </w:r>
      <w:r w:rsidRPr="00EB5BB2">
        <w:rPr>
          <w:lang w:val="es-PE"/>
        </w:rPr>
        <w:t>.</w:t>
      </w:r>
    </w:p>
    <w:p w14:paraId="4F090708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I. DATOS PERSONALES</w:t>
      </w:r>
    </w:p>
    <w:p w14:paraId="285FAF0D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Apellidos (*)</w:t>
      </w:r>
    </w:p>
    <w:p w14:paraId="79CB43D6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05F658D7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Nombres (*)</w:t>
      </w:r>
    </w:p>
    <w:p w14:paraId="56BAD964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5932AE63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Tipo de Documento</w:t>
      </w:r>
    </w:p>
    <w:p w14:paraId="0858FCB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58E479EF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Número de Documento (*)</w:t>
      </w:r>
    </w:p>
    <w:p w14:paraId="5026A429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757486AB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Nacionalidad (*)</w:t>
      </w:r>
    </w:p>
    <w:p w14:paraId="125F3CCB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6AABF629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Fecha de Nacimiento (*)</w:t>
      </w:r>
    </w:p>
    <w:p w14:paraId="620F687F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0428B5AB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II. DATOS DE CONTACTO</w:t>
      </w:r>
    </w:p>
    <w:p w14:paraId="28CE1952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Dirección (*)</w:t>
      </w:r>
    </w:p>
    <w:p w14:paraId="05AE1B1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0352BD1E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Ciudad</w:t>
      </w:r>
    </w:p>
    <w:p w14:paraId="182DE75E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3411AED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Provincia/Estado</w:t>
      </w:r>
    </w:p>
    <w:p w14:paraId="256DF0C3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05BA1D38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lastRenderedPageBreak/>
        <w:t>Código Postal</w:t>
      </w:r>
    </w:p>
    <w:p w14:paraId="4FFF9F8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1C988C29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País</w:t>
      </w:r>
    </w:p>
    <w:p w14:paraId="2345D39E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48D41C41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Teléfono</w:t>
      </w:r>
    </w:p>
    <w:p w14:paraId="0C4CCAE0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790F9E02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Móvil</w:t>
      </w:r>
    </w:p>
    <w:p w14:paraId="672D9A20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5B7EB0F0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Correo electrónico principal</w:t>
      </w:r>
    </w:p>
    <w:p w14:paraId="2656D5EF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6C59F721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Correo alternativo</w:t>
      </w:r>
    </w:p>
    <w:p w14:paraId="526AADDD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619CE14F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Sitio web</w:t>
      </w:r>
    </w:p>
    <w:p w14:paraId="5A7C6E5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72A2B761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III. TIPO DE MEMBRESÍA</w:t>
      </w:r>
    </w:p>
    <w:p w14:paraId="6761FD05" w14:textId="326DCE1B" w:rsidR="00371139" w:rsidRPr="00EB5BB2" w:rsidRDefault="003D7596">
      <w:pPr>
        <w:rPr>
          <w:lang w:val="es-PE"/>
        </w:rPr>
      </w:pPr>
      <w:r w:rsidRPr="00EB5BB2">
        <w:rPr>
          <w:lang w:val="es-PE"/>
        </w:rPr>
        <w:t xml:space="preserve">☐ Silver   ☐ Gold   ☐ </w:t>
      </w:r>
      <w:r w:rsidR="0075502D">
        <w:rPr>
          <w:lang w:val="es-PE"/>
        </w:rPr>
        <w:t>Zafiro</w:t>
      </w:r>
    </w:p>
    <w:p w14:paraId="3534A187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IV. FORMA DE PAGO</w:t>
      </w:r>
    </w:p>
    <w:p w14:paraId="3F25836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 xml:space="preserve">☐ Transferencia Bancaria   ☐ PayPal   ☐ Western </w:t>
      </w:r>
      <w:proofErr w:type="spellStart"/>
      <w:r w:rsidRPr="00EB5BB2">
        <w:rPr>
          <w:lang w:val="es-PE"/>
        </w:rPr>
        <w:t>Union</w:t>
      </w:r>
      <w:proofErr w:type="spellEnd"/>
    </w:p>
    <w:p w14:paraId="1D2F95BC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V. INFORMACIÓN PROFESIONAL</w:t>
      </w:r>
    </w:p>
    <w:p w14:paraId="45901C6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Profesión</w:t>
      </w:r>
    </w:p>
    <w:p w14:paraId="449F2DE1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29AFF7FE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Especialidad</w:t>
      </w:r>
    </w:p>
    <w:p w14:paraId="5EC98A49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74CB0981" w14:textId="2893847A" w:rsidR="00371139" w:rsidRPr="00EB5BB2" w:rsidRDefault="003D7596">
      <w:pPr>
        <w:rPr>
          <w:lang w:val="es-PE"/>
        </w:rPr>
      </w:pPr>
      <w:r w:rsidRPr="00EB5BB2">
        <w:rPr>
          <w:lang w:val="es-PE"/>
        </w:rPr>
        <w:t xml:space="preserve">Experiencia en </w:t>
      </w:r>
      <w:r w:rsidR="00EB5BB2">
        <w:rPr>
          <w:lang w:val="es-PE"/>
        </w:rPr>
        <w:t>el sector inmobiliario</w:t>
      </w:r>
      <w:r w:rsidRPr="00EB5BB2">
        <w:rPr>
          <w:lang w:val="es-PE"/>
        </w:rPr>
        <w:t xml:space="preserve"> (años)</w:t>
      </w:r>
    </w:p>
    <w:p w14:paraId="2C3884CA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0F4AF4A8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Idiomas</w:t>
      </w:r>
    </w:p>
    <w:p w14:paraId="49987825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lastRenderedPageBreak/>
        <w:t>______________________________________________________________________</w:t>
      </w:r>
    </w:p>
    <w:p w14:paraId="7945F63C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Situación laboral</w:t>
      </w:r>
    </w:p>
    <w:p w14:paraId="0C0450FD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1CA3B0AF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VI. BREVE DESCRIPCIÓN CURRICULAR</w:t>
      </w:r>
    </w:p>
    <w:p w14:paraId="4EBDFAF2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Descripción:</w:t>
      </w:r>
    </w:p>
    <w:p w14:paraId="6950F9CB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______________________________________________________________________</w:t>
      </w:r>
    </w:p>
    <w:p w14:paraId="628BBF74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Documentación requerida</w:t>
      </w:r>
    </w:p>
    <w:p w14:paraId="263CB5C2" w14:textId="77777777" w:rsidR="00371139" w:rsidRPr="00EB5BB2" w:rsidRDefault="003D7596">
      <w:pPr>
        <w:rPr>
          <w:lang w:val="es-PE"/>
        </w:rPr>
      </w:pPr>
      <w:r w:rsidRPr="00EB5BB2">
        <w:rPr>
          <w:lang w:val="es-PE"/>
        </w:rPr>
        <w:t>• Currículum Vitae (.</w:t>
      </w:r>
      <w:proofErr w:type="spellStart"/>
      <w:r w:rsidRPr="00EB5BB2">
        <w:rPr>
          <w:lang w:val="es-PE"/>
        </w:rPr>
        <w:t>doc</w:t>
      </w:r>
      <w:proofErr w:type="spellEnd"/>
      <w:r w:rsidRPr="00EB5BB2">
        <w:rPr>
          <w:lang w:val="es-PE"/>
        </w:rPr>
        <w:t>/.docx)</w:t>
      </w:r>
      <w:r w:rsidRPr="00EB5BB2">
        <w:rPr>
          <w:lang w:val="es-PE"/>
        </w:rPr>
        <w:br/>
        <w:t>• Fotografía reciente (JPG o PNG)</w:t>
      </w:r>
      <w:r w:rsidRPr="00EB5BB2">
        <w:rPr>
          <w:lang w:val="es-PE"/>
        </w:rPr>
        <w:br/>
        <w:t>• Enviar a: info@conferencistas.eu</w:t>
      </w:r>
    </w:p>
    <w:p w14:paraId="0215AD8B" w14:textId="77777777" w:rsidR="00371139" w:rsidRPr="00EB5BB2" w:rsidRDefault="003D7596">
      <w:pPr>
        <w:pStyle w:val="Heading2"/>
        <w:rPr>
          <w:lang w:val="es-PE"/>
        </w:rPr>
      </w:pPr>
      <w:r w:rsidRPr="00EB5BB2">
        <w:rPr>
          <w:lang w:val="es-PE"/>
        </w:rPr>
        <w:t>Declaración</w:t>
      </w:r>
    </w:p>
    <w:p w14:paraId="14AF6DB6" w14:textId="50C12217" w:rsidR="00371139" w:rsidRPr="00EB5BB2" w:rsidRDefault="003D7596">
      <w:pPr>
        <w:rPr>
          <w:lang w:val="es-PE"/>
        </w:rPr>
      </w:pPr>
      <w:r w:rsidRPr="00EB5BB2">
        <w:rPr>
          <w:lang w:val="es-PE"/>
        </w:rPr>
        <w:t>Declaro que la información proporcionada es veraz y acepto los Estatutos, Reglamentos y Código de Ética de la RM</w:t>
      </w:r>
      <w:r w:rsidR="00EB5BB2">
        <w:rPr>
          <w:lang w:val="es-PE"/>
        </w:rPr>
        <w:t>I</w:t>
      </w:r>
      <w:r w:rsidRPr="00EB5BB2">
        <w:rPr>
          <w:lang w:val="es-PE"/>
        </w:rPr>
        <w:t>.</w:t>
      </w:r>
    </w:p>
    <w:p w14:paraId="2910AC26" w14:textId="77777777" w:rsidR="00371139" w:rsidRDefault="003D7596">
      <w:r w:rsidRPr="00EB5BB2">
        <w:rPr>
          <w:lang w:val="es-PE"/>
        </w:rPr>
        <w:br/>
      </w:r>
      <w:r>
        <w:t xml:space="preserve">Lugar: __________________   </w:t>
      </w:r>
      <w:proofErr w:type="spellStart"/>
      <w:r>
        <w:t>Fecha</w:t>
      </w:r>
      <w:proofErr w:type="spellEnd"/>
      <w:r>
        <w:t>: ____/____/______</w:t>
      </w:r>
      <w:r>
        <w:br/>
      </w:r>
      <w:r>
        <w:br/>
      </w:r>
      <w:proofErr w:type="spellStart"/>
      <w:r>
        <w:t>Firma</w:t>
      </w:r>
      <w:proofErr w:type="spellEnd"/>
      <w:r>
        <w:t>: ______________________________</w:t>
      </w:r>
    </w:p>
    <w:sectPr w:rsidR="003711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139"/>
    <w:rsid w:val="003D7596"/>
    <w:rsid w:val="0075502D"/>
    <w:rsid w:val="00780021"/>
    <w:rsid w:val="00AA1D8D"/>
    <w:rsid w:val="00B47730"/>
    <w:rsid w:val="00CB0664"/>
    <w:rsid w:val="00DD481F"/>
    <w:rsid w:val="00EB5BB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B7633C"/>
  <w14:defaultImageDpi w14:val="330"/>
  <w15:docId w15:val="{F0FB3D0F-47A8-4D13-A210-E81CFF9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418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Rivero</cp:lastModifiedBy>
  <cp:revision>4</cp:revision>
  <dcterms:created xsi:type="dcterms:W3CDTF">2026-06-30T17:52:00Z</dcterms:created>
  <dcterms:modified xsi:type="dcterms:W3CDTF">2026-07-01T09:02:00Z</dcterms:modified>
  <cp:category/>
</cp:coreProperties>
</file>